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E3ABB" w14:textId="77777777" w:rsidR="00944252" w:rsidRDefault="00000000">
      <w:pPr>
        <w:spacing w:after="20"/>
        <w:jc w:val="center"/>
      </w:pPr>
      <w:r>
        <w:rPr>
          <w:b/>
          <w:color w:val="17365D"/>
          <w:sz w:val="23"/>
        </w:rPr>
        <w:t>KISKUNFÉLEGYHÁZA VÁROS ÖNKORMÁNYZATA</w:t>
      </w:r>
    </w:p>
    <w:p w14:paraId="35FFEC9A" w14:textId="61EEB283" w:rsidR="00944252" w:rsidRDefault="00000000">
      <w:pPr>
        <w:spacing w:after="0"/>
        <w:jc w:val="center"/>
      </w:pPr>
      <w:r>
        <w:rPr>
          <w:b/>
          <w:color w:val="2F5597"/>
          <w:sz w:val="30"/>
        </w:rPr>
        <w:t xml:space="preserve">ESŐVÍZTÁROLÓ IGÉNYLŐLAP – </w:t>
      </w:r>
      <w:r w:rsidR="00B02635">
        <w:rPr>
          <w:b/>
          <w:color w:val="2F5597"/>
          <w:sz w:val="30"/>
        </w:rPr>
        <w:t xml:space="preserve">TERMÉSZETES </w:t>
      </w:r>
      <w:r>
        <w:rPr>
          <w:b/>
          <w:color w:val="2F5597"/>
          <w:sz w:val="30"/>
        </w:rPr>
        <w:t>SZEMÉLY</w:t>
      </w:r>
    </w:p>
    <w:p w14:paraId="3624B387" w14:textId="77777777" w:rsidR="00944252" w:rsidRDefault="00000000">
      <w:pPr>
        <w:spacing w:after="120"/>
        <w:jc w:val="center"/>
      </w:pPr>
      <w:proofErr w:type="spellStart"/>
      <w:r>
        <w:rPr>
          <w:i/>
          <w:sz w:val="18"/>
        </w:rPr>
        <w:t>Lakossági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esővíz-megtartási</w:t>
      </w:r>
      <w:proofErr w:type="spellEnd"/>
      <w:r>
        <w:rPr>
          <w:i/>
          <w:sz w:val="18"/>
        </w:rPr>
        <w:t xml:space="preserve"> program • 1 </w:t>
      </w:r>
      <w:proofErr w:type="spellStart"/>
      <w:r>
        <w:rPr>
          <w:i/>
          <w:sz w:val="18"/>
        </w:rPr>
        <w:t>db</w:t>
      </w:r>
      <w:proofErr w:type="spellEnd"/>
      <w:r>
        <w:rPr>
          <w:i/>
          <w:sz w:val="18"/>
        </w:rPr>
        <w:t xml:space="preserve">, 200 </w:t>
      </w:r>
      <w:proofErr w:type="spellStart"/>
      <w:r>
        <w:rPr>
          <w:i/>
          <w:sz w:val="18"/>
        </w:rPr>
        <w:t>literes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tároló</w:t>
      </w:r>
      <w:proofErr w:type="spellEnd"/>
      <w:r>
        <w:rPr>
          <w:i/>
          <w:sz w:val="18"/>
        </w:rPr>
        <w:t xml:space="preserve"> • 7 </w:t>
      </w:r>
      <w:proofErr w:type="spellStart"/>
      <w:r>
        <w:rPr>
          <w:i/>
          <w:sz w:val="18"/>
        </w:rPr>
        <w:t>éves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térítésmentes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használat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944252" w14:paraId="03B0067B" w14:textId="77777777">
        <w:trPr>
          <w:jc w:val="center"/>
        </w:trPr>
        <w:tc>
          <w:tcPr>
            <w:tcW w:w="10482" w:type="dxa"/>
            <w:shd w:val="clear" w:color="auto" w:fill="EAF1F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90804E1" w14:textId="77777777" w:rsidR="00944252" w:rsidRDefault="00000000">
            <w:pPr>
              <w:spacing w:after="0"/>
            </w:pPr>
            <w:r>
              <w:rPr>
                <w:b/>
                <w:color w:val="17365D"/>
              </w:rPr>
              <w:t>1. IGÉNYLŐ ADATAI</w:t>
            </w:r>
          </w:p>
        </w:tc>
      </w:tr>
    </w:tbl>
    <w:p w14:paraId="12F54EE3" w14:textId="77777777" w:rsidR="00944252" w:rsidRDefault="00000000">
      <w:pPr>
        <w:spacing w:after="40"/>
      </w:pPr>
      <w:proofErr w:type="spellStart"/>
      <w:r>
        <w:rPr>
          <w:b/>
        </w:rPr>
        <w:t>Név</w:t>
      </w:r>
      <w:proofErr w:type="spellEnd"/>
      <w:r>
        <w:rPr>
          <w:b/>
        </w:rPr>
        <w:t xml:space="preserve">: </w:t>
      </w:r>
      <w:r>
        <w:t>........................................................................................................................</w:t>
      </w:r>
    </w:p>
    <w:p w14:paraId="67E028C3" w14:textId="77777777" w:rsidR="00944252" w:rsidRDefault="00000000">
      <w:pPr>
        <w:spacing w:after="40"/>
      </w:pPr>
      <w:proofErr w:type="spellStart"/>
      <w:r>
        <w:rPr>
          <w:b/>
        </w:rPr>
        <w:t>Születési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név</w:t>
      </w:r>
      <w:proofErr w:type="spellEnd"/>
      <w:r>
        <w:rPr>
          <w:b/>
        </w:rPr>
        <w:t xml:space="preserve">: </w:t>
      </w:r>
      <w:r>
        <w:t>........................................................................................................................</w:t>
      </w:r>
    </w:p>
    <w:p w14:paraId="1D88B9ED" w14:textId="77777777" w:rsidR="00944252" w:rsidRDefault="00000000">
      <w:pPr>
        <w:spacing w:after="40"/>
      </w:pPr>
      <w:proofErr w:type="spellStart"/>
      <w:r>
        <w:rPr>
          <w:b/>
        </w:rPr>
        <w:t>Születési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hely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idő</w:t>
      </w:r>
      <w:proofErr w:type="spellEnd"/>
      <w:r>
        <w:rPr>
          <w:b/>
        </w:rPr>
        <w:t xml:space="preserve">: </w:t>
      </w:r>
      <w:r>
        <w:t>........................................................................................................................</w:t>
      </w:r>
    </w:p>
    <w:p w14:paraId="4ECCF1E6" w14:textId="77777777" w:rsidR="00944252" w:rsidRDefault="00000000">
      <w:pPr>
        <w:spacing w:after="40"/>
      </w:pPr>
      <w:proofErr w:type="spellStart"/>
      <w:r>
        <w:rPr>
          <w:b/>
        </w:rPr>
        <w:t>Lakóhely</w:t>
      </w:r>
      <w:proofErr w:type="spellEnd"/>
      <w:r>
        <w:rPr>
          <w:b/>
        </w:rPr>
        <w:t xml:space="preserve">: </w:t>
      </w:r>
      <w:r>
        <w:t xml:space="preserve">6100 </w:t>
      </w:r>
      <w:proofErr w:type="spellStart"/>
      <w:r>
        <w:t>Kiskunfélegyháza</w:t>
      </w:r>
      <w:proofErr w:type="spellEnd"/>
      <w:r>
        <w:t>, ........................................................................................................</w:t>
      </w:r>
    </w:p>
    <w:p w14:paraId="2768D58E" w14:textId="77777777" w:rsidR="00944252" w:rsidRDefault="00000000">
      <w:pPr>
        <w:spacing w:after="40"/>
      </w:pPr>
      <w:proofErr w:type="spellStart"/>
      <w:r>
        <w:rPr>
          <w:b/>
        </w:rPr>
        <w:t>Telefonszám</w:t>
      </w:r>
      <w:proofErr w:type="spellEnd"/>
      <w:r>
        <w:rPr>
          <w:b/>
        </w:rPr>
        <w:t xml:space="preserve">: </w:t>
      </w:r>
      <w:r>
        <w:t xml:space="preserve">....................................................   </w:t>
      </w:r>
      <w:r w:rsidRPr="00137DC2">
        <w:rPr>
          <w:b/>
          <w:bCs/>
        </w:rPr>
        <w:t xml:space="preserve">E-mail: </w:t>
      </w:r>
      <w:r>
        <w:t>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944252" w14:paraId="4541EC14" w14:textId="77777777">
        <w:trPr>
          <w:jc w:val="center"/>
        </w:trPr>
        <w:tc>
          <w:tcPr>
            <w:tcW w:w="10482" w:type="dxa"/>
            <w:shd w:val="clear" w:color="auto" w:fill="EAF1F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BD5699F" w14:textId="77777777" w:rsidR="00944252" w:rsidRDefault="00000000">
            <w:pPr>
              <w:spacing w:after="0"/>
            </w:pPr>
            <w:r>
              <w:rPr>
                <w:b/>
                <w:color w:val="17365D"/>
              </w:rPr>
              <w:t>2. AZ ESŐVÍZTÁROLÓ ELHELYEZÉSE</w:t>
            </w:r>
          </w:p>
        </w:tc>
      </w:tr>
    </w:tbl>
    <w:p w14:paraId="0D0A83BA" w14:textId="77777777" w:rsidR="00944252" w:rsidRDefault="00000000">
      <w:pPr>
        <w:spacing w:after="30"/>
      </w:pPr>
      <w:r>
        <w:rPr>
          <w:b/>
        </w:rPr>
        <w:t xml:space="preserve">☐ </w:t>
      </w:r>
      <w:r>
        <w:t xml:space="preserve">Az </w:t>
      </w:r>
      <w:proofErr w:type="spellStart"/>
      <w:r>
        <w:t>elhelyezési</w:t>
      </w:r>
      <w:proofErr w:type="spellEnd"/>
      <w:r>
        <w:t xml:space="preserve"> </w:t>
      </w:r>
      <w:proofErr w:type="spellStart"/>
      <w:r>
        <w:t>cím</w:t>
      </w:r>
      <w:proofErr w:type="spellEnd"/>
      <w:r>
        <w:t xml:space="preserve"> </w:t>
      </w:r>
      <w:proofErr w:type="spellStart"/>
      <w:r>
        <w:t>megegyezik</w:t>
      </w:r>
      <w:proofErr w:type="spellEnd"/>
      <w:r>
        <w:t xml:space="preserve"> a </w:t>
      </w:r>
      <w:proofErr w:type="spellStart"/>
      <w:r>
        <w:t>lakóhelyemmel</w:t>
      </w:r>
      <w:proofErr w:type="spellEnd"/>
      <w:r>
        <w:t>.</w:t>
      </w:r>
    </w:p>
    <w:p w14:paraId="676C1C7B" w14:textId="77777777" w:rsidR="00944252" w:rsidRDefault="00000000">
      <w:pPr>
        <w:spacing w:after="30"/>
      </w:pPr>
      <w:r>
        <w:rPr>
          <w:b/>
        </w:rPr>
        <w:t xml:space="preserve">☐ </w:t>
      </w:r>
      <w:proofErr w:type="spellStart"/>
      <w:r>
        <w:t>Eltérő</w:t>
      </w:r>
      <w:proofErr w:type="spellEnd"/>
      <w:r>
        <w:t xml:space="preserve"> </w:t>
      </w:r>
      <w:proofErr w:type="spellStart"/>
      <w:r>
        <w:t>elhelyezési</w:t>
      </w:r>
      <w:proofErr w:type="spellEnd"/>
      <w:r>
        <w:t xml:space="preserve"> </w:t>
      </w:r>
      <w:proofErr w:type="spellStart"/>
      <w:r>
        <w:t>cím</w:t>
      </w:r>
      <w:proofErr w:type="spellEnd"/>
      <w:r>
        <w:t xml:space="preserve">: 6100 </w:t>
      </w:r>
      <w:proofErr w:type="spellStart"/>
      <w:r>
        <w:t>Kiskunfélegyháza</w:t>
      </w:r>
      <w:proofErr w:type="spellEnd"/>
      <w:r>
        <w:t>, ................................................................................</w:t>
      </w:r>
    </w:p>
    <w:p w14:paraId="398D9771" w14:textId="77777777" w:rsidR="00944252" w:rsidRDefault="00000000">
      <w:pPr>
        <w:spacing w:after="20"/>
      </w:pPr>
      <w:r>
        <w:rPr>
          <w:b/>
        </w:rPr>
        <w:t xml:space="preserve">Az </w:t>
      </w:r>
      <w:proofErr w:type="spellStart"/>
      <w:r>
        <w:rPr>
          <w:b/>
        </w:rPr>
        <w:t>ingatlan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használatának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jogcíme</w:t>
      </w:r>
      <w:proofErr w:type="spellEnd"/>
      <w:r>
        <w:rPr>
          <w:b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3465"/>
        <w:gridCol w:w="3485"/>
        <w:gridCol w:w="60"/>
      </w:tblGrid>
      <w:tr w:rsidR="00944252" w14:paraId="7B3A640C" w14:textId="77777777">
        <w:tc>
          <w:tcPr>
            <w:tcW w:w="3494" w:type="dxa"/>
            <w:tcMar>
              <w:top w:w="15" w:type="dxa"/>
              <w:left w:w="10" w:type="dxa"/>
              <w:bottom w:w="15" w:type="dxa"/>
              <w:right w:w="10" w:type="dxa"/>
            </w:tcMar>
          </w:tcPr>
          <w:p w14:paraId="07F78E17" w14:textId="77777777" w:rsidR="00944252" w:rsidRDefault="00000000">
            <w:pPr>
              <w:spacing w:after="0"/>
            </w:pPr>
            <w:r>
              <w:rPr>
                <w:b/>
              </w:rPr>
              <w:t xml:space="preserve">☐ </w:t>
            </w:r>
            <w:proofErr w:type="spellStart"/>
            <w:r>
              <w:t>tulajdonos</w:t>
            </w:r>
            <w:proofErr w:type="spellEnd"/>
          </w:p>
        </w:tc>
        <w:tc>
          <w:tcPr>
            <w:tcW w:w="3494" w:type="dxa"/>
            <w:tcMar>
              <w:top w:w="15" w:type="dxa"/>
              <w:left w:w="10" w:type="dxa"/>
              <w:bottom w:w="15" w:type="dxa"/>
              <w:right w:w="10" w:type="dxa"/>
            </w:tcMar>
          </w:tcPr>
          <w:p w14:paraId="3F12B922" w14:textId="710E1FCC" w:rsidR="00944252" w:rsidRDefault="00944252">
            <w:pPr>
              <w:spacing w:after="0"/>
            </w:pPr>
          </w:p>
        </w:tc>
        <w:tc>
          <w:tcPr>
            <w:tcW w:w="3494" w:type="dxa"/>
            <w:gridSpan w:val="2"/>
            <w:tcMar>
              <w:top w:w="15" w:type="dxa"/>
              <w:left w:w="10" w:type="dxa"/>
              <w:bottom w:w="15" w:type="dxa"/>
              <w:right w:w="10" w:type="dxa"/>
            </w:tcMar>
          </w:tcPr>
          <w:p w14:paraId="4C5530B5" w14:textId="229709A9" w:rsidR="00944252" w:rsidRDefault="00000000">
            <w:pPr>
              <w:spacing w:after="0"/>
            </w:pPr>
            <w:r>
              <w:rPr>
                <w:b/>
              </w:rPr>
              <w:t xml:space="preserve">☐ </w:t>
            </w:r>
            <w:proofErr w:type="spellStart"/>
            <w:r>
              <w:t>egyéb</w:t>
            </w:r>
            <w:proofErr w:type="spellEnd"/>
            <w:r>
              <w:t xml:space="preserve"> </w:t>
            </w:r>
            <w:proofErr w:type="spellStart"/>
            <w:r>
              <w:t>jogcímen</w:t>
            </w:r>
            <w:proofErr w:type="spellEnd"/>
            <w:r>
              <w:t xml:space="preserve"> </w:t>
            </w:r>
            <w:proofErr w:type="spellStart"/>
            <w:r>
              <w:t>használó</w:t>
            </w:r>
            <w:proofErr w:type="spellEnd"/>
            <w:r w:rsidR="00C75375">
              <w:t>(</w:t>
            </w:r>
            <w:proofErr w:type="spellStart"/>
            <w:r w:rsidR="00C75375">
              <w:t>bérlő</w:t>
            </w:r>
            <w:proofErr w:type="spellEnd"/>
            <w:r w:rsidR="00C75375">
              <w:t>/</w:t>
            </w:r>
            <w:proofErr w:type="spellStart"/>
            <w:r w:rsidR="00C75375">
              <w:t>haszonélvező</w:t>
            </w:r>
            <w:proofErr w:type="spellEnd"/>
            <w:r w:rsidR="00C75375">
              <w:t>)</w:t>
            </w:r>
            <w:r>
              <w:t xml:space="preserve"> </w:t>
            </w:r>
            <w:proofErr w:type="spellStart"/>
            <w:r>
              <w:t>tulajdonosi</w:t>
            </w:r>
            <w:proofErr w:type="spellEnd"/>
            <w:r>
              <w:t xml:space="preserve"> </w:t>
            </w:r>
            <w:proofErr w:type="spellStart"/>
            <w:r>
              <w:t>hozzájárulással</w:t>
            </w:r>
            <w:proofErr w:type="spellEnd"/>
          </w:p>
        </w:tc>
      </w:tr>
      <w:tr w:rsidR="00944252" w14:paraId="16B41150" w14:textId="77777777">
        <w:tblPrEx>
          <w:jc w:val="center"/>
        </w:tblPrEx>
        <w:trPr>
          <w:gridAfter w:val="1"/>
          <w:wAfter w:w="60" w:type="dxa"/>
          <w:jc w:val="center"/>
        </w:trPr>
        <w:tc>
          <w:tcPr>
            <w:tcW w:w="10482" w:type="dxa"/>
            <w:gridSpan w:val="3"/>
            <w:shd w:val="clear" w:color="auto" w:fill="EAF1F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A1D0777" w14:textId="77777777" w:rsidR="00944252" w:rsidRDefault="00000000">
            <w:pPr>
              <w:spacing w:after="0"/>
            </w:pPr>
            <w:r>
              <w:rPr>
                <w:b/>
                <w:color w:val="17365D"/>
              </w:rPr>
              <w:t>3. NYILATKOZATOK</w:t>
            </w:r>
          </w:p>
        </w:tc>
      </w:tr>
    </w:tbl>
    <w:p w14:paraId="1508DC91" w14:textId="77777777" w:rsidR="00944252" w:rsidRDefault="00000000">
      <w:pPr>
        <w:spacing w:after="30"/>
      </w:pPr>
      <w:r>
        <w:rPr>
          <w:b/>
        </w:rPr>
        <w:t xml:space="preserve">☐ </w:t>
      </w:r>
      <w:proofErr w:type="spellStart"/>
      <w:r>
        <w:t>Kiskunfélegyházi</w:t>
      </w:r>
      <w:proofErr w:type="spellEnd"/>
      <w:r>
        <w:t xml:space="preserve"> </w:t>
      </w:r>
      <w:proofErr w:type="spellStart"/>
      <w:r>
        <w:t>lakóhellyel</w:t>
      </w:r>
      <w:proofErr w:type="spellEnd"/>
      <w:r>
        <w:t xml:space="preserve"> </w:t>
      </w:r>
      <w:proofErr w:type="spellStart"/>
      <w:r>
        <w:t>rendelkezem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megadott</w:t>
      </w:r>
      <w:proofErr w:type="spellEnd"/>
      <w:r>
        <w:t xml:space="preserve"> </w:t>
      </w:r>
      <w:proofErr w:type="spellStart"/>
      <w:r>
        <w:t>adatok</w:t>
      </w:r>
      <w:proofErr w:type="spellEnd"/>
      <w:r>
        <w:t xml:space="preserve"> a </w:t>
      </w:r>
      <w:proofErr w:type="spellStart"/>
      <w:r>
        <w:t>valóságnak</w:t>
      </w:r>
      <w:proofErr w:type="spellEnd"/>
      <w:r>
        <w:t xml:space="preserve"> </w:t>
      </w:r>
      <w:proofErr w:type="spellStart"/>
      <w:r>
        <w:t>megfelelnek</w:t>
      </w:r>
      <w:proofErr w:type="spellEnd"/>
      <w:r>
        <w:t>.</w:t>
      </w:r>
    </w:p>
    <w:p w14:paraId="10026A7D" w14:textId="77777777" w:rsidR="00944252" w:rsidRDefault="00000000">
      <w:pPr>
        <w:spacing w:after="30"/>
      </w:pPr>
      <w:r>
        <w:rPr>
          <w:b/>
        </w:rPr>
        <w:t xml:space="preserve">☐ </w:t>
      </w:r>
      <w:r>
        <w:t xml:space="preserve">Az </w:t>
      </w:r>
      <w:proofErr w:type="spellStart"/>
      <w:r>
        <w:t>esővíztárolót</w:t>
      </w:r>
      <w:proofErr w:type="spellEnd"/>
      <w:r>
        <w:t xml:space="preserve"> a </w:t>
      </w:r>
      <w:proofErr w:type="spellStart"/>
      <w:r>
        <w:t>megjelölt</w:t>
      </w:r>
      <w:proofErr w:type="spellEnd"/>
      <w:r>
        <w:t xml:space="preserve"> </w:t>
      </w:r>
      <w:proofErr w:type="spellStart"/>
      <w:r>
        <w:t>kiskunfélegyházi</w:t>
      </w:r>
      <w:proofErr w:type="spellEnd"/>
      <w:r>
        <w:t xml:space="preserve"> </w:t>
      </w:r>
      <w:proofErr w:type="spellStart"/>
      <w:r>
        <w:t>ingatlanon</w:t>
      </w:r>
      <w:proofErr w:type="spellEnd"/>
      <w:r>
        <w:t xml:space="preserve"> </w:t>
      </w:r>
      <w:proofErr w:type="spellStart"/>
      <w:r>
        <w:t>helyezem</w:t>
      </w:r>
      <w:proofErr w:type="spellEnd"/>
      <w:r>
        <w:t xml:space="preserve"> el,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csapadékvíz</w:t>
      </w:r>
      <w:proofErr w:type="spellEnd"/>
      <w:r>
        <w:t xml:space="preserve"> </w:t>
      </w:r>
      <w:proofErr w:type="spellStart"/>
      <w:r>
        <w:t>gyűjtésére</w:t>
      </w:r>
      <w:proofErr w:type="spellEnd"/>
      <w:r>
        <w:t xml:space="preserve">, </w:t>
      </w:r>
      <w:proofErr w:type="spellStart"/>
      <w:r>
        <w:t>tárolására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hasznosítására</w:t>
      </w:r>
      <w:proofErr w:type="spellEnd"/>
      <w:r>
        <w:t xml:space="preserve"> </w:t>
      </w:r>
      <w:proofErr w:type="spellStart"/>
      <w:r>
        <w:t>használom</w:t>
      </w:r>
      <w:proofErr w:type="spellEnd"/>
      <w:r>
        <w:t>.</w:t>
      </w:r>
    </w:p>
    <w:p w14:paraId="47BBFFA6" w14:textId="77777777" w:rsidR="00944252" w:rsidRDefault="00000000">
      <w:pPr>
        <w:spacing w:after="30"/>
      </w:pPr>
      <w:r>
        <w:rPr>
          <w:b/>
        </w:rPr>
        <w:t xml:space="preserve">☐ </w:t>
      </w:r>
      <w:proofErr w:type="spellStart"/>
      <w:r>
        <w:t>Vállalom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eszköz</w:t>
      </w:r>
      <w:proofErr w:type="spellEnd"/>
      <w:r>
        <w:t xml:space="preserve"> 7 </w:t>
      </w:r>
      <w:proofErr w:type="spellStart"/>
      <w:r>
        <w:t>éven</w:t>
      </w:r>
      <w:proofErr w:type="spellEnd"/>
      <w:r>
        <w:t xml:space="preserve"> </w:t>
      </w:r>
      <w:proofErr w:type="spellStart"/>
      <w:r>
        <w:t>keresztül</w:t>
      </w:r>
      <w:proofErr w:type="spellEnd"/>
      <w:r>
        <w:t xml:space="preserve"> </w:t>
      </w:r>
      <w:proofErr w:type="spellStart"/>
      <w:r>
        <w:t>történő</w:t>
      </w:r>
      <w:proofErr w:type="spellEnd"/>
      <w:r>
        <w:t xml:space="preserve"> </w:t>
      </w:r>
      <w:proofErr w:type="spellStart"/>
      <w:r>
        <w:t>rendeltetésszerű</w:t>
      </w:r>
      <w:proofErr w:type="spellEnd"/>
      <w:r>
        <w:t xml:space="preserve"> </w:t>
      </w:r>
      <w:proofErr w:type="spellStart"/>
      <w:r>
        <w:t>használatát</w:t>
      </w:r>
      <w:proofErr w:type="spellEnd"/>
      <w:r>
        <w:t xml:space="preserve">, </w:t>
      </w:r>
      <w:proofErr w:type="spellStart"/>
      <w:r>
        <w:t>biztonságos</w:t>
      </w:r>
      <w:proofErr w:type="spellEnd"/>
      <w:r>
        <w:t xml:space="preserve"> </w:t>
      </w:r>
      <w:proofErr w:type="spellStart"/>
      <w:r>
        <w:t>elhelyezését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állagának</w:t>
      </w:r>
      <w:proofErr w:type="spellEnd"/>
      <w:r>
        <w:t xml:space="preserve"> </w:t>
      </w:r>
      <w:proofErr w:type="spellStart"/>
      <w:r>
        <w:t>megóvását</w:t>
      </w:r>
      <w:proofErr w:type="spellEnd"/>
      <w:r>
        <w:t>.</w:t>
      </w:r>
    </w:p>
    <w:p w14:paraId="124B4CAA" w14:textId="77777777" w:rsidR="00944252" w:rsidRDefault="00000000">
      <w:pPr>
        <w:spacing w:after="30"/>
      </w:pPr>
      <w:r>
        <w:rPr>
          <w:b/>
        </w:rPr>
        <w:t xml:space="preserve">☐ </w:t>
      </w:r>
      <w:proofErr w:type="spellStart"/>
      <w:r>
        <w:t>Tudomásul</w:t>
      </w:r>
      <w:proofErr w:type="spellEnd"/>
      <w:r>
        <w:t xml:space="preserve"> </w:t>
      </w:r>
      <w:proofErr w:type="spellStart"/>
      <w:r>
        <w:t>veszem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eszköz</w:t>
      </w:r>
      <w:proofErr w:type="spellEnd"/>
      <w:r>
        <w:t xml:space="preserve"> </w:t>
      </w:r>
      <w:proofErr w:type="spellStart"/>
      <w:r>
        <w:t>Kiskunfélegyháza</w:t>
      </w:r>
      <w:proofErr w:type="spellEnd"/>
      <w:r>
        <w:t xml:space="preserve">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Önkormányzatának</w:t>
      </w:r>
      <w:proofErr w:type="spellEnd"/>
      <w:r>
        <w:t xml:space="preserve"> </w:t>
      </w:r>
      <w:proofErr w:type="spellStart"/>
      <w:r>
        <w:t>tulajdonában</w:t>
      </w:r>
      <w:proofErr w:type="spellEnd"/>
      <w:r>
        <w:t xml:space="preserve"> </w:t>
      </w:r>
      <w:proofErr w:type="spellStart"/>
      <w:r>
        <w:t>marad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használatára</w:t>
      </w:r>
      <w:proofErr w:type="spellEnd"/>
      <w:r>
        <w:t xml:space="preserve"> a </w:t>
      </w:r>
      <w:proofErr w:type="spellStart"/>
      <w:r>
        <w:t>haszonkölcsön-szerződés</w:t>
      </w:r>
      <w:proofErr w:type="spellEnd"/>
      <w:r>
        <w:t xml:space="preserve"> </w:t>
      </w:r>
      <w:proofErr w:type="spellStart"/>
      <w:r>
        <w:t>szabályai</w:t>
      </w:r>
      <w:proofErr w:type="spellEnd"/>
      <w:r>
        <w:t xml:space="preserve"> </w:t>
      </w:r>
      <w:proofErr w:type="spellStart"/>
      <w:r>
        <w:t>irányadók</w:t>
      </w:r>
      <w:proofErr w:type="spellEnd"/>
      <w:r>
        <w:t>.</w:t>
      </w:r>
    </w:p>
    <w:p w14:paraId="6DC8C290" w14:textId="77777777" w:rsidR="00944252" w:rsidRDefault="00000000">
      <w:pPr>
        <w:spacing w:after="30"/>
      </w:pPr>
      <w:r>
        <w:rPr>
          <w:b/>
        </w:rPr>
        <w:t xml:space="preserve">☐ </w:t>
      </w:r>
      <w:proofErr w:type="spellStart"/>
      <w:r>
        <w:t>Vállalom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elhelyezési</w:t>
      </w:r>
      <w:proofErr w:type="spellEnd"/>
      <w:r>
        <w:t xml:space="preserve"> </w:t>
      </w:r>
      <w:proofErr w:type="spellStart"/>
      <w:r>
        <w:t>cím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a </w:t>
      </w:r>
      <w:proofErr w:type="spellStart"/>
      <w:r>
        <w:t>használati</w:t>
      </w:r>
      <w:proofErr w:type="spellEnd"/>
      <w:r>
        <w:t xml:space="preserve"> </w:t>
      </w:r>
      <w:proofErr w:type="spellStart"/>
      <w:r>
        <w:t>jogosultság</w:t>
      </w:r>
      <w:proofErr w:type="spellEnd"/>
      <w:r>
        <w:t xml:space="preserve"> </w:t>
      </w:r>
      <w:proofErr w:type="spellStart"/>
      <w:r>
        <w:t>lényeges</w:t>
      </w:r>
      <w:proofErr w:type="spellEnd"/>
      <w:r>
        <w:t xml:space="preserve"> </w:t>
      </w:r>
      <w:proofErr w:type="spellStart"/>
      <w:r>
        <w:t>változását</w:t>
      </w:r>
      <w:proofErr w:type="spellEnd"/>
      <w:r>
        <w:t xml:space="preserve">, </w:t>
      </w:r>
      <w:proofErr w:type="spellStart"/>
      <w:r>
        <w:t>továbbá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eszköz</w:t>
      </w:r>
      <w:proofErr w:type="spellEnd"/>
      <w:r>
        <w:t xml:space="preserve"> </w:t>
      </w:r>
      <w:proofErr w:type="spellStart"/>
      <w:r>
        <w:t>sérülését</w:t>
      </w:r>
      <w:proofErr w:type="spellEnd"/>
      <w:r>
        <w:t xml:space="preserve">, </w:t>
      </w:r>
      <w:proofErr w:type="spellStart"/>
      <w:r>
        <w:t>elveszését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megsemmisülését</w:t>
      </w:r>
      <w:proofErr w:type="spellEnd"/>
      <w:r>
        <w:t xml:space="preserve"> </w:t>
      </w:r>
      <w:proofErr w:type="spellStart"/>
      <w:r>
        <w:t>bejelentem</w:t>
      </w:r>
      <w:proofErr w:type="spellEnd"/>
      <w:r>
        <w:t>.</w:t>
      </w:r>
    </w:p>
    <w:p w14:paraId="49DCFFFA" w14:textId="2DCDD4B0" w:rsidR="00944252" w:rsidRDefault="00000000">
      <w:pPr>
        <w:spacing w:after="30"/>
      </w:pPr>
      <w:r>
        <w:rPr>
          <w:b/>
        </w:rPr>
        <w:t xml:space="preserve">☐ </w:t>
      </w:r>
      <w:r>
        <w:t xml:space="preserve">Az </w:t>
      </w:r>
      <w:proofErr w:type="spellStart"/>
      <w:r>
        <w:t>adatkezelési</w:t>
      </w:r>
      <w:proofErr w:type="spellEnd"/>
      <w:r>
        <w:t xml:space="preserve"> </w:t>
      </w:r>
      <w:proofErr w:type="spellStart"/>
      <w:r>
        <w:t>tájékoztatót</w:t>
      </w:r>
      <w:proofErr w:type="spellEnd"/>
      <w:r>
        <w:t xml:space="preserve"> </w:t>
      </w:r>
      <w:proofErr w:type="spellStart"/>
      <w:r>
        <w:t>megismertem</w:t>
      </w:r>
      <w:proofErr w:type="spellEnd"/>
      <w:r>
        <w:t>.</w:t>
      </w:r>
      <w:r w:rsidR="00137DC2">
        <w:br/>
      </w:r>
      <w:r w:rsidR="00137DC2">
        <w:br/>
      </w:r>
    </w:p>
    <w:p w14:paraId="3E5508CA" w14:textId="77777777" w:rsidR="00944252" w:rsidRDefault="00000000">
      <w:pPr>
        <w:spacing w:before="60" w:after="20"/>
      </w:pPr>
      <w:proofErr w:type="spellStart"/>
      <w:r>
        <w:t>Kiskunfélegyháza</w:t>
      </w:r>
      <w:proofErr w:type="spellEnd"/>
      <w:r>
        <w:t xml:space="preserve">, 2026. ........................ </w:t>
      </w:r>
      <w:proofErr w:type="spellStart"/>
      <w:r>
        <w:t>hó</w:t>
      </w:r>
      <w:proofErr w:type="spellEnd"/>
      <w:r>
        <w:t xml:space="preserve"> ........ nap</w:t>
      </w:r>
    </w:p>
    <w:p w14:paraId="5F3F0798" w14:textId="77777777" w:rsidR="00944252" w:rsidRDefault="00000000" w:rsidP="00B02635">
      <w:pPr>
        <w:spacing w:after="60"/>
        <w:jc w:val="right"/>
      </w:pPr>
      <w:r>
        <w:rPr>
          <w:b/>
        </w:rPr>
        <w:t>........................................................</w:t>
      </w:r>
      <w:r>
        <w:rPr>
          <w:b/>
        </w:rPr>
        <w:br/>
        <w:t xml:space="preserve">Igénylő </w:t>
      </w:r>
      <w:proofErr w:type="spellStart"/>
      <w:r>
        <w:rPr>
          <w:b/>
        </w:rPr>
        <w:t>aláírása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944252" w14:paraId="4E8D5F15" w14:textId="77777777">
        <w:trPr>
          <w:jc w:val="center"/>
        </w:trPr>
        <w:tc>
          <w:tcPr>
            <w:tcW w:w="10482" w:type="dxa"/>
            <w:shd w:val="clear" w:color="auto" w:fill="EAF1F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01346BC" w14:textId="77777777" w:rsidR="00944252" w:rsidRDefault="00000000">
            <w:pPr>
              <w:spacing w:after="0"/>
            </w:pPr>
            <w:r>
              <w:rPr>
                <w:b/>
                <w:color w:val="17365D"/>
              </w:rPr>
              <w:t>HIVATALI RÉSZ</w:t>
            </w:r>
          </w:p>
        </w:tc>
      </w:tr>
    </w:tbl>
    <w:p w14:paraId="208578BB" w14:textId="4C652F9D" w:rsidR="00944252" w:rsidRDefault="00137DC2">
      <w:pPr>
        <w:spacing w:after="20"/>
      </w:pPr>
      <w:r>
        <w:rPr>
          <w:b/>
        </w:rPr>
        <w:br/>
      </w:r>
      <w:proofErr w:type="spellStart"/>
      <w:r>
        <w:rPr>
          <w:b/>
        </w:rPr>
        <w:t>Igénylés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sorszáma</w:t>
      </w:r>
      <w:proofErr w:type="spellEnd"/>
      <w:r>
        <w:rPr>
          <w:b/>
        </w:rPr>
        <w:t xml:space="preserve">: </w:t>
      </w:r>
      <w:r>
        <w:t xml:space="preserve">..........................   </w:t>
      </w:r>
      <w:proofErr w:type="spellStart"/>
      <w:r>
        <w:rPr>
          <w:b/>
        </w:rPr>
        <w:t>Érkezés</w:t>
      </w:r>
      <w:proofErr w:type="spellEnd"/>
      <w:r>
        <w:rPr>
          <w:b/>
        </w:rPr>
        <w:t xml:space="preserve">: </w:t>
      </w:r>
      <w:r>
        <w:t xml:space="preserve">2026. ...............   </w:t>
      </w:r>
      <w:proofErr w:type="spellStart"/>
      <w:r>
        <w:rPr>
          <w:b/>
        </w:rPr>
        <w:t>Státusz</w:t>
      </w:r>
      <w:proofErr w:type="spellEnd"/>
      <w:r>
        <w:rPr>
          <w:b/>
        </w:rPr>
        <w:t xml:space="preserve">: </w:t>
      </w:r>
      <w:r>
        <w:t xml:space="preserve">☐ </w:t>
      </w:r>
      <w:proofErr w:type="spellStart"/>
      <w:r>
        <w:t>megfelelő</w:t>
      </w:r>
      <w:proofErr w:type="spellEnd"/>
      <w:r>
        <w:t xml:space="preserve">    ☐ </w:t>
      </w:r>
      <w:proofErr w:type="spellStart"/>
      <w:r>
        <w:t>elutasítva</w:t>
      </w:r>
      <w:proofErr w:type="spellEnd"/>
    </w:p>
    <w:p w14:paraId="1FC0CF4F" w14:textId="206EA71C" w:rsidR="00944252" w:rsidRDefault="00000000" w:rsidP="00AA779B">
      <w:pPr>
        <w:spacing w:after="0"/>
      </w:pPr>
      <w:proofErr w:type="spellStart"/>
      <w:r>
        <w:rPr>
          <w:b/>
        </w:rPr>
        <w:t>Eszközazonosító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átadás</w:t>
      </w:r>
      <w:proofErr w:type="spellEnd"/>
      <w:r>
        <w:rPr>
          <w:b/>
        </w:rPr>
        <w:t xml:space="preserve">: </w:t>
      </w:r>
      <w:r>
        <w:t>..........................................................</w:t>
      </w:r>
    </w:p>
    <w:sectPr w:rsidR="00944252" w:rsidSect="00034616">
      <w:footerReference w:type="default" r:id="rId8"/>
      <w:pgSz w:w="12240" w:h="15840"/>
      <w:pgMar w:top="709" w:right="879" w:bottom="709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07C3" w14:textId="77777777" w:rsidR="00652617" w:rsidRDefault="00652617">
      <w:pPr>
        <w:spacing w:after="0" w:line="240" w:lineRule="auto"/>
      </w:pPr>
      <w:r>
        <w:separator/>
      </w:r>
    </w:p>
  </w:endnote>
  <w:endnote w:type="continuationSeparator" w:id="0">
    <w:p w14:paraId="70ABA135" w14:textId="77777777" w:rsidR="00652617" w:rsidRDefault="0065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792E" w14:textId="77777777" w:rsidR="00944252" w:rsidRDefault="00000000">
    <w:pPr>
      <w:pStyle w:val="llb"/>
      <w:jc w:val="center"/>
    </w:pPr>
    <w:proofErr w:type="spellStart"/>
    <w:r>
      <w:rPr>
        <w:color w:val="666666"/>
        <w:sz w:val="16"/>
      </w:rPr>
      <w:t>Kiskunfélegyháza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Város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Önkormányzata</w:t>
    </w:r>
    <w:proofErr w:type="spellEnd"/>
    <w:r>
      <w:rPr>
        <w:color w:val="666666"/>
        <w:sz w:val="16"/>
      </w:rPr>
      <w:t xml:space="preserve"> • </w:t>
    </w:r>
    <w:proofErr w:type="spellStart"/>
    <w:r>
      <w:rPr>
        <w:color w:val="666666"/>
        <w:sz w:val="16"/>
      </w:rPr>
      <w:t>Esővíztároló</w:t>
    </w:r>
    <w:proofErr w:type="spellEnd"/>
    <w:r>
      <w:rPr>
        <w:color w:val="666666"/>
        <w:sz w:val="16"/>
      </w:rPr>
      <w:t xml:space="preserve"> program •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75ED8" w14:textId="77777777" w:rsidR="00652617" w:rsidRDefault="00652617">
      <w:pPr>
        <w:spacing w:after="0" w:line="240" w:lineRule="auto"/>
      </w:pPr>
      <w:r>
        <w:separator/>
      </w:r>
    </w:p>
  </w:footnote>
  <w:footnote w:type="continuationSeparator" w:id="0">
    <w:p w14:paraId="524999AE" w14:textId="77777777" w:rsidR="00652617" w:rsidRDefault="00652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7640982">
    <w:abstractNumId w:val="8"/>
  </w:num>
  <w:num w:numId="2" w16cid:durableId="1289358940">
    <w:abstractNumId w:val="6"/>
  </w:num>
  <w:num w:numId="3" w16cid:durableId="1002046804">
    <w:abstractNumId w:val="5"/>
  </w:num>
  <w:num w:numId="4" w16cid:durableId="1392775471">
    <w:abstractNumId w:val="4"/>
  </w:num>
  <w:num w:numId="5" w16cid:durableId="1933737661">
    <w:abstractNumId w:val="7"/>
  </w:num>
  <w:num w:numId="6" w16cid:durableId="1897467241">
    <w:abstractNumId w:val="3"/>
  </w:num>
  <w:num w:numId="7" w16cid:durableId="1001202807">
    <w:abstractNumId w:val="2"/>
  </w:num>
  <w:num w:numId="8" w16cid:durableId="1865366159">
    <w:abstractNumId w:val="1"/>
  </w:num>
  <w:num w:numId="9" w16cid:durableId="116740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677"/>
    <w:rsid w:val="00137DC2"/>
    <w:rsid w:val="0015074B"/>
    <w:rsid w:val="001A4768"/>
    <w:rsid w:val="00272E12"/>
    <w:rsid w:val="0029639D"/>
    <w:rsid w:val="00310B8B"/>
    <w:rsid w:val="00326F90"/>
    <w:rsid w:val="004F4017"/>
    <w:rsid w:val="00652617"/>
    <w:rsid w:val="00944252"/>
    <w:rsid w:val="00AA1D8D"/>
    <w:rsid w:val="00AA779B"/>
    <w:rsid w:val="00B02635"/>
    <w:rsid w:val="00B47730"/>
    <w:rsid w:val="00B9554C"/>
    <w:rsid w:val="00C60551"/>
    <w:rsid w:val="00C75375"/>
    <w:rsid w:val="00CB0664"/>
    <w:rsid w:val="00CE30E2"/>
    <w:rsid w:val="00DC1B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832B2"/>
  <w14:defaultImageDpi w14:val="300"/>
  <w15:docId w15:val="{5A3F8AAE-B1E5-415B-81E7-2108399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50"/>
    </w:pPr>
    <w:rPr>
      <w:rFonts w:ascii="Aptos" w:hAnsi="Aptos"/>
      <w:sz w:val="19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Turcsányi Tamás</cp:lastModifiedBy>
  <cp:revision>3</cp:revision>
  <dcterms:created xsi:type="dcterms:W3CDTF">2026-09-14T06:37:00Z</dcterms:created>
  <dcterms:modified xsi:type="dcterms:W3CDTF">2026-09-14T06:38:00Z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fb3b4a05-63e4-4274-a271-96558d3af363</vt:lpwstr>
  </property>
</Properties>
</file>