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CD96" w14:textId="77777777" w:rsidR="00944252" w:rsidRDefault="00202476">
      <w:pPr>
        <w:spacing w:after="20"/>
        <w:jc w:val="center"/>
      </w:pPr>
      <w:r>
        <w:rPr>
          <w:b/>
          <w:color w:val="17365D"/>
          <w:sz w:val="23"/>
        </w:rPr>
        <w:t>KISKUNFÉLEGYHÁZA VÁROS ÖNKORMÁNYZATA</w:t>
      </w:r>
    </w:p>
    <w:p w14:paraId="5224BCB2" w14:textId="77777777" w:rsidR="00944252" w:rsidRDefault="00202476">
      <w:pPr>
        <w:spacing w:after="0"/>
        <w:jc w:val="center"/>
      </w:pPr>
      <w:r>
        <w:rPr>
          <w:b/>
          <w:color w:val="2F5597"/>
          <w:sz w:val="30"/>
        </w:rPr>
        <w:t>ESŐVÍZTÁROLÓ IGÉNYLŐLAP – TÁRSASHÁZ</w:t>
      </w:r>
    </w:p>
    <w:p w14:paraId="6667E442" w14:textId="77777777" w:rsidR="00944252" w:rsidRDefault="00202476">
      <w:pPr>
        <w:spacing w:after="120"/>
        <w:jc w:val="center"/>
      </w:pPr>
      <w:proofErr w:type="spellStart"/>
      <w:r>
        <w:rPr>
          <w:i/>
          <w:sz w:val="18"/>
        </w:rPr>
        <w:t>Lakossági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esővíz-megtartási</w:t>
      </w:r>
      <w:proofErr w:type="spellEnd"/>
      <w:r>
        <w:rPr>
          <w:i/>
          <w:sz w:val="18"/>
        </w:rPr>
        <w:t xml:space="preserve"> program • 1 </w:t>
      </w:r>
      <w:proofErr w:type="spellStart"/>
      <w:r>
        <w:rPr>
          <w:i/>
          <w:sz w:val="18"/>
        </w:rPr>
        <w:t>db</w:t>
      </w:r>
      <w:proofErr w:type="spellEnd"/>
      <w:r>
        <w:rPr>
          <w:i/>
          <w:sz w:val="18"/>
        </w:rPr>
        <w:t xml:space="preserve">, 200 </w:t>
      </w:r>
      <w:proofErr w:type="spellStart"/>
      <w:r>
        <w:rPr>
          <w:i/>
          <w:sz w:val="18"/>
        </w:rPr>
        <w:t>literes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tároló</w:t>
      </w:r>
      <w:proofErr w:type="spellEnd"/>
      <w:r>
        <w:rPr>
          <w:i/>
          <w:sz w:val="18"/>
        </w:rPr>
        <w:t xml:space="preserve"> • 7 </w:t>
      </w:r>
      <w:proofErr w:type="spellStart"/>
      <w:r>
        <w:rPr>
          <w:i/>
          <w:sz w:val="18"/>
        </w:rPr>
        <w:t>éves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térítésmentes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használat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944252" w14:paraId="0E311940" w14:textId="77777777">
        <w:trPr>
          <w:jc w:val="center"/>
        </w:trPr>
        <w:tc>
          <w:tcPr>
            <w:tcW w:w="10482" w:type="dxa"/>
            <w:shd w:val="clear" w:color="auto" w:fill="EAF1F8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AACB1E3" w14:textId="77777777" w:rsidR="00944252" w:rsidRDefault="00202476">
            <w:pPr>
              <w:spacing w:after="0"/>
            </w:pPr>
            <w:r>
              <w:rPr>
                <w:b/>
                <w:color w:val="17365D"/>
              </w:rPr>
              <w:t>1. TÁRSASHÁZ ADATAI</w:t>
            </w:r>
          </w:p>
        </w:tc>
      </w:tr>
    </w:tbl>
    <w:p w14:paraId="0CA2602E" w14:textId="77777777" w:rsidR="00944252" w:rsidRDefault="00202476">
      <w:pPr>
        <w:spacing w:after="40"/>
      </w:pPr>
      <w:proofErr w:type="spellStart"/>
      <w:r>
        <w:rPr>
          <w:b/>
        </w:rPr>
        <w:t>Társasház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megnevezése</w:t>
      </w:r>
      <w:proofErr w:type="spellEnd"/>
      <w:r>
        <w:rPr>
          <w:b/>
        </w:rPr>
        <w:t xml:space="preserve">: </w:t>
      </w:r>
      <w:r>
        <w:t>........................................................................................................................</w:t>
      </w:r>
    </w:p>
    <w:p w14:paraId="4C507377" w14:textId="77777777" w:rsidR="00944252" w:rsidRDefault="00202476">
      <w:pPr>
        <w:spacing w:after="40"/>
      </w:pPr>
      <w:proofErr w:type="spellStart"/>
      <w:r>
        <w:rPr>
          <w:b/>
        </w:rPr>
        <w:t>Társasház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címe</w:t>
      </w:r>
      <w:proofErr w:type="spellEnd"/>
      <w:r>
        <w:rPr>
          <w:b/>
        </w:rPr>
        <w:t xml:space="preserve">: </w:t>
      </w:r>
      <w:r>
        <w:t xml:space="preserve">6100 </w:t>
      </w:r>
      <w:proofErr w:type="spellStart"/>
      <w:r>
        <w:t>Kiskunfélegyháza</w:t>
      </w:r>
      <w:proofErr w:type="spellEnd"/>
      <w:r>
        <w:t>, ........................................................................................................</w:t>
      </w:r>
    </w:p>
    <w:p w14:paraId="456A8342" w14:textId="77777777" w:rsidR="00944252" w:rsidRDefault="00202476">
      <w:pPr>
        <w:spacing w:after="40"/>
      </w:pPr>
      <w:proofErr w:type="spellStart"/>
      <w:r>
        <w:rPr>
          <w:b/>
        </w:rPr>
        <w:t>Adószám</w:t>
      </w:r>
      <w:proofErr w:type="spellEnd"/>
      <w:r>
        <w:rPr>
          <w:b/>
        </w:rPr>
        <w:t xml:space="preserve"> (ha </w:t>
      </w:r>
      <w:proofErr w:type="spellStart"/>
      <w:r>
        <w:rPr>
          <w:b/>
        </w:rPr>
        <w:t>rendelkezik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vele</w:t>
      </w:r>
      <w:proofErr w:type="spellEnd"/>
      <w:r>
        <w:rPr>
          <w:b/>
        </w:rPr>
        <w:t xml:space="preserve">): </w:t>
      </w:r>
      <w:r>
        <w:t>........................................................................................................................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944252" w14:paraId="316D57C4" w14:textId="77777777">
        <w:trPr>
          <w:jc w:val="center"/>
        </w:trPr>
        <w:tc>
          <w:tcPr>
            <w:tcW w:w="10482" w:type="dxa"/>
            <w:shd w:val="clear" w:color="auto" w:fill="EAF1F8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23A4B74" w14:textId="77777777" w:rsidR="00944252" w:rsidRDefault="00202476">
            <w:pPr>
              <w:spacing w:after="0"/>
            </w:pPr>
            <w:r>
              <w:rPr>
                <w:b/>
                <w:color w:val="17365D"/>
              </w:rPr>
              <w:t>2. KÉPVISELŐ ADATAI</w:t>
            </w:r>
          </w:p>
        </w:tc>
      </w:tr>
    </w:tbl>
    <w:p w14:paraId="4ACCBDA3" w14:textId="77777777" w:rsidR="00944252" w:rsidRDefault="00202476">
      <w:pPr>
        <w:spacing w:after="40"/>
      </w:pPr>
      <w:proofErr w:type="spellStart"/>
      <w:r>
        <w:rPr>
          <w:b/>
        </w:rPr>
        <w:t>Közös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képviselő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intézőbizottság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elnöke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meghatalmazott</w:t>
      </w:r>
      <w:proofErr w:type="spellEnd"/>
      <w:r>
        <w:rPr>
          <w:b/>
        </w:rPr>
        <w:t xml:space="preserve"> neve: </w:t>
      </w:r>
      <w:r>
        <w:t>........................................................................................................................</w:t>
      </w:r>
    </w:p>
    <w:p w14:paraId="2B940257" w14:textId="77777777" w:rsidR="00944252" w:rsidRDefault="00202476">
      <w:pPr>
        <w:spacing w:after="40"/>
      </w:pPr>
      <w:proofErr w:type="spellStart"/>
      <w:r>
        <w:rPr>
          <w:b/>
        </w:rPr>
        <w:t>Képviseleti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minőség</w:t>
      </w:r>
      <w:proofErr w:type="spellEnd"/>
      <w:r>
        <w:rPr>
          <w:b/>
        </w:rPr>
        <w:t xml:space="preserve">: </w:t>
      </w:r>
      <w:r>
        <w:t>☐</w:t>
      </w:r>
      <w:r>
        <w:t xml:space="preserve"> </w:t>
      </w:r>
      <w:proofErr w:type="spellStart"/>
      <w:r>
        <w:t>közös</w:t>
      </w:r>
      <w:proofErr w:type="spellEnd"/>
      <w:r>
        <w:t xml:space="preserve"> </w:t>
      </w:r>
      <w:proofErr w:type="spellStart"/>
      <w:r>
        <w:t>képviselő</w:t>
      </w:r>
      <w:proofErr w:type="spellEnd"/>
      <w:r>
        <w:t xml:space="preserve">   ☐ </w:t>
      </w:r>
      <w:proofErr w:type="spellStart"/>
      <w:r>
        <w:t>intézőbizottság</w:t>
      </w:r>
      <w:proofErr w:type="spellEnd"/>
      <w:r>
        <w:t xml:space="preserve"> </w:t>
      </w:r>
      <w:proofErr w:type="spellStart"/>
      <w:r>
        <w:t>elnöke</w:t>
      </w:r>
      <w:proofErr w:type="spellEnd"/>
      <w:r>
        <w:t xml:space="preserve">   ☐ </w:t>
      </w:r>
      <w:proofErr w:type="spellStart"/>
      <w:r>
        <w:t>meghatalmazott</w:t>
      </w:r>
      <w:proofErr w:type="spellEnd"/>
    </w:p>
    <w:p w14:paraId="682A7B33" w14:textId="77777777" w:rsidR="00944252" w:rsidRDefault="00202476">
      <w:pPr>
        <w:spacing w:after="40"/>
      </w:pPr>
      <w:proofErr w:type="spellStart"/>
      <w:r>
        <w:rPr>
          <w:b/>
        </w:rPr>
        <w:t>Levelezési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cím</w:t>
      </w:r>
      <w:proofErr w:type="spellEnd"/>
      <w:r>
        <w:rPr>
          <w:b/>
        </w:rPr>
        <w:t xml:space="preserve">: </w:t>
      </w:r>
      <w:r>
        <w:t>........................................................................................................................</w:t>
      </w:r>
    </w:p>
    <w:p w14:paraId="40C54B30" w14:textId="77777777" w:rsidR="00944252" w:rsidRDefault="00202476">
      <w:pPr>
        <w:spacing w:after="40"/>
      </w:pPr>
      <w:proofErr w:type="spellStart"/>
      <w:r>
        <w:rPr>
          <w:b/>
        </w:rPr>
        <w:t>Telefonszám</w:t>
      </w:r>
      <w:proofErr w:type="spellEnd"/>
      <w:r>
        <w:rPr>
          <w:b/>
        </w:rPr>
        <w:t xml:space="preserve">: </w:t>
      </w:r>
      <w:r>
        <w:t xml:space="preserve">....................................................   </w:t>
      </w:r>
      <w:r w:rsidRPr="00137DC2">
        <w:rPr>
          <w:b/>
          <w:bCs/>
        </w:rPr>
        <w:t>E-mail:</w:t>
      </w:r>
      <w:r>
        <w:t xml:space="preserve"> ................................................................................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944252" w14:paraId="63BE3229" w14:textId="77777777">
        <w:trPr>
          <w:jc w:val="center"/>
        </w:trPr>
        <w:tc>
          <w:tcPr>
            <w:tcW w:w="10482" w:type="dxa"/>
            <w:shd w:val="clear" w:color="auto" w:fill="EAF1F8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BE24D59" w14:textId="77777777" w:rsidR="00944252" w:rsidRDefault="00202476">
            <w:pPr>
              <w:spacing w:after="0"/>
            </w:pPr>
            <w:r>
              <w:rPr>
                <w:b/>
                <w:color w:val="17365D"/>
              </w:rPr>
              <w:t>3. AZ ESŐVÍZTÁROLÓ ELHELYEZÉSE ÉS A KÉPVISELET IGAZOLÁSA</w:t>
            </w:r>
          </w:p>
        </w:tc>
      </w:tr>
    </w:tbl>
    <w:p w14:paraId="12973F37" w14:textId="77777777" w:rsidR="00944252" w:rsidRDefault="00202476">
      <w:pPr>
        <w:spacing w:after="40"/>
      </w:pPr>
      <w:proofErr w:type="spellStart"/>
      <w:r>
        <w:rPr>
          <w:b/>
        </w:rPr>
        <w:t>Elhelyezési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hely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társasházi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ingatlanon</w:t>
      </w:r>
      <w:proofErr w:type="spellEnd"/>
      <w:r>
        <w:rPr>
          <w:b/>
        </w:rPr>
        <w:t xml:space="preserve">: </w:t>
      </w:r>
      <w:r>
        <w:t>........................................................................................................................</w:t>
      </w:r>
    </w:p>
    <w:p w14:paraId="4F60DF2C" w14:textId="222F4B13" w:rsidR="00944252" w:rsidRDefault="00202476">
      <w:pPr>
        <w:spacing w:after="30"/>
      </w:pPr>
      <w:r>
        <w:rPr>
          <w:b/>
        </w:rPr>
        <w:t>☐</w:t>
      </w:r>
      <w:r>
        <w:rPr>
          <w:b/>
        </w:rPr>
        <w:t xml:space="preserve"> </w:t>
      </w:r>
      <w:r>
        <w:t xml:space="preserve">Az </w:t>
      </w:r>
      <w:proofErr w:type="spellStart"/>
      <w:r>
        <w:t>esővíztároló</w:t>
      </w:r>
      <w:proofErr w:type="spellEnd"/>
      <w:r>
        <w:t xml:space="preserve"> </w:t>
      </w:r>
      <w:proofErr w:type="spellStart"/>
      <w:r>
        <w:t>elhelyezése</w:t>
      </w:r>
      <w:proofErr w:type="spellEnd"/>
      <w:r>
        <w:t xml:space="preserve"> a </w:t>
      </w:r>
      <w:proofErr w:type="spellStart"/>
      <w:r>
        <w:t>társasház</w:t>
      </w:r>
      <w:proofErr w:type="spellEnd"/>
      <w:r>
        <w:t xml:space="preserve"> </w:t>
      </w:r>
      <w:proofErr w:type="spellStart"/>
      <w:r>
        <w:t>közös</w:t>
      </w:r>
      <w:proofErr w:type="spellEnd"/>
      <w:r>
        <w:t xml:space="preserve"> </w:t>
      </w:r>
      <w:proofErr w:type="spellStart"/>
      <w:r>
        <w:t>tulajdonú</w:t>
      </w:r>
      <w:proofErr w:type="spellEnd"/>
      <w:r>
        <w:t xml:space="preserve">, </w:t>
      </w:r>
      <w:proofErr w:type="spellStart"/>
      <w:r>
        <w:t>illetve</w:t>
      </w:r>
      <w:proofErr w:type="spellEnd"/>
      <w:r>
        <w:t xml:space="preserve"> a </w:t>
      </w:r>
      <w:proofErr w:type="spellStart"/>
      <w:r>
        <w:t>közösség</w:t>
      </w:r>
      <w:proofErr w:type="spellEnd"/>
      <w:r>
        <w:t xml:space="preserve"> </w:t>
      </w:r>
      <w:proofErr w:type="spellStart"/>
      <w:r>
        <w:t>által</w:t>
      </w:r>
      <w:proofErr w:type="spellEnd"/>
      <w:r>
        <w:t xml:space="preserve"> </w:t>
      </w:r>
      <w:proofErr w:type="spellStart"/>
      <w:r>
        <w:t>jogszerűen</w:t>
      </w:r>
      <w:proofErr w:type="spellEnd"/>
      <w:r>
        <w:t xml:space="preserve"> </w:t>
      </w:r>
      <w:proofErr w:type="spellStart"/>
      <w:r>
        <w:t>használható</w:t>
      </w:r>
      <w:proofErr w:type="spellEnd"/>
      <w:r>
        <w:t xml:space="preserve"> </w:t>
      </w:r>
      <w:proofErr w:type="spellStart"/>
      <w:r>
        <w:t>területén</w:t>
      </w:r>
      <w:proofErr w:type="spellEnd"/>
      <w:r>
        <w:t xml:space="preserve"> </w:t>
      </w:r>
      <w:proofErr w:type="spellStart"/>
      <w:r>
        <w:t>történik</w:t>
      </w:r>
      <w:proofErr w:type="spellEnd"/>
      <w:r>
        <w:t>.</w:t>
      </w:r>
      <w:r w:rsidR="00076677">
        <w:t xml:space="preserve"> Az </w:t>
      </w:r>
      <w:proofErr w:type="spellStart"/>
      <w:r w:rsidR="00076677">
        <w:t>adott</w:t>
      </w:r>
      <w:proofErr w:type="spellEnd"/>
      <w:r w:rsidR="00076677">
        <w:t xml:space="preserve"> </w:t>
      </w:r>
      <w:proofErr w:type="spellStart"/>
      <w:r w:rsidR="00076677">
        <w:t>ingatlan</w:t>
      </w:r>
      <w:proofErr w:type="spellEnd"/>
      <w:r w:rsidR="00076677">
        <w:t xml:space="preserve"> </w:t>
      </w:r>
      <w:proofErr w:type="spellStart"/>
      <w:proofErr w:type="gramStart"/>
      <w:r w:rsidR="00076677">
        <w:t>hrsz</w:t>
      </w:r>
      <w:proofErr w:type="spellEnd"/>
      <w:r w:rsidR="00076677">
        <w:t>.-</w:t>
      </w:r>
      <w:proofErr w:type="gramEnd"/>
      <w:r w:rsidR="00076677">
        <w:t xml:space="preserve">re </w:t>
      </w:r>
      <w:proofErr w:type="spellStart"/>
      <w:r w:rsidR="00076677">
        <w:t>csak</w:t>
      </w:r>
      <w:proofErr w:type="spellEnd"/>
      <w:r w:rsidR="00076677">
        <w:t xml:space="preserve"> </w:t>
      </w:r>
      <w:proofErr w:type="spellStart"/>
      <w:r w:rsidR="00076677">
        <w:t>egy</w:t>
      </w:r>
      <w:proofErr w:type="spellEnd"/>
      <w:r w:rsidR="00076677">
        <w:t xml:space="preserve"> </w:t>
      </w:r>
      <w:proofErr w:type="spellStart"/>
      <w:r w:rsidR="00076677">
        <w:t>db</w:t>
      </w:r>
      <w:proofErr w:type="spellEnd"/>
      <w:r w:rsidR="00076677">
        <w:t xml:space="preserve"> </w:t>
      </w:r>
      <w:proofErr w:type="spellStart"/>
      <w:r w:rsidR="00076677">
        <w:t>esővízgyűjtő</w:t>
      </w:r>
      <w:proofErr w:type="spellEnd"/>
      <w:r w:rsidR="00076677">
        <w:t xml:space="preserve"> </w:t>
      </w:r>
      <w:proofErr w:type="spellStart"/>
      <w:r w:rsidR="00076677">
        <w:t>igényelhető</w:t>
      </w:r>
      <w:proofErr w:type="spellEnd"/>
      <w:r w:rsidR="00076677">
        <w:t>.</w:t>
      </w:r>
    </w:p>
    <w:p w14:paraId="525E6BAE" w14:textId="77777777" w:rsidR="00944252" w:rsidRDefault="00202476">
      <w:pPr>
        <w:spacing w:after="30"/>
      </w:pPr>
      <w:r>
        <w:rPr>
          <w:b/>
        </w:rPr>
        <w:t>☐</w:t>
      </w:r>
      <w:r>
        <w:rPr>
          <w:b/>
        </w:rPr>
        <w:t xml:space="preserve"> </w:t>
      </w:r>
      <w:r>
        <w:t xml:space="preserve">A </w:t>
      </w:r>
      <w:proofErr w:type="spellStart"/>
      <w:r>
        <w:t>társasház</w:t>
      </w:r>
      <w:proofErr w:type="spellEnd"/>
      <w:r>
        <w:t xml:space="preserve"> </w:t>
      </w:r>
      <w:proofErr w:type="spellStart"/>
      <w:r>
        <w:t>nevében</w:t>
      </w:r>
      <w:proofErr w:type="spellEnd"/>
      <w:r>
        <w:t xml:space="preserve"> </w:t>
      </w:r>
      <w:proofErr w:type="spellStart"/>
      <w:r>
        <w:t>történő</w:t>
      </w:r>
      <w:proofErr w:type="spellEnd"/>
      <w:r>
        <w:t xml:space="preserve"> </w:t>
      </w:r>
      <w:proofErr w:type="spellStart"/>
      <w:r>
        <w:t>igénylésre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szerződéskötésre</w:t>
      </w:r>
      <w:proofErr w:type="spellEnd"/>
      <w:r>
        <w:t xml:space="preserve"> </w:t>
      </w:r>
      <w:proofErr w:type="spellStart"/>
      <w:r>
        <w:t>jogosult</w:t>
      </w:r>
      <w:proofErr w:type="spellEnd"/>
      <w:r>
        <w:t xml:space="preserve"> </w:t>
      </w:r>
      <w:proofErr w:type="spellStart"/>
      <w:r>
        <w:t>vagyok</w:t>
      </w:r>
      <w:proofErr w:type="spellEnd"/>
      <w:r>
        <w:t>.</w:t>
      </w:r>
    </w:p>
    <w:p w14:paraId="0B55E41B" w14:textId="77777777" w:rsidR="00944252" w:rsidRDefault="00202476">
      <w:pPr>
        <w:spacing w:after="30"/>
      </w:pPr>
      <w:r>
        <w:rPr>
          <w:b/>
        </w:rPr>
        <w:t>☐</w:t>
      </w:r>
      <w:r>
        <w:rPr>
          <w:b/>
        </w:rPr>
        <w:t xml:space="preserve"> </w:t>
      </w:r>
      <w:r>
        <w:t xml:space="preserve">A </w:t>
      </w:r>
      <w:proofErr w:type="spellStart"/>
      <w:r>
        <w:t>képviseleti</w:t>
      </w:r>
      <w:proofErr w:type="spellEnd"/>
      <w:r>
        <w:t xml:space="preserve"> </w:t>
      </w:r>
      <w:proofErr w:type="spellStart"/>
      <w:r>
        <w:t>jogosultságot</w:t>
      </w:r>
      <w:proofErr w:type="spellEnd"/>
      <w:r>
        <w:t xml:space="preserve"> </w:t>
      </w:r>
      <w:proofErr w:type="spellStart"/>
      <w:r>
        <w:t>igazoló</w:t>
      </w:r>
      <w:proofErr w:type="spellEnd"/>
      <w:r>
        <w:t xml:space="preserve"> </w:t>
      </w:r>
      <w:proofErr w:type="spellStart"/>
      <w:r>
        <w:t>dokumentum</w:t>
      </w:r>
      <w:proofErr w:type="spellEnd"/>
      <w:r>
        <w:t xml:space="preserve"> </w:t>
      </w:r>
      <w:proofErr w:type="spellStart"/>
      <w:r>
        <w:t>rendelkezésre</w:t>
      </w:r>
      <w:proofErr w:type="spellEnd"/>
      <w:r>
        <w:t xml:space="preserve"> </w:t>
      </w:r>
      <w:proofErr w:type="spellStart"/>
      <w:r>
        <w:t>áll</w:t>
      </w:r>
      <w:proofErr w:type="spellEnd"/>
      <w:r>
        <w:t xml:space="preserve"> / </w:t>
      </w:r>
      <w:proofErr w:type="spellStart"/>
      <w:r>
        <w:t>kérésre</w:t>
      </w:r>
      <w:proofErr w:type="spellEnd"/>
      <w:r>
        <w:t xml:space="preserve"> </w:t>
      </w:r>
      <w:proofErr w:type="spellStart"/>
      <w:r>
        <w:t>bemutatható</w:t>
      </w:r>
      <w:proofErr w:type="spellEnd"/>
      <w:r>
        <w:t>.</w:t>
      </w:r>
    </w:p>
    <w:p w14:paraId="791C96E1" w14:textId="77777777" w:rsidR="00944252" w:rsidRDefault="00202476">
      <w:pPr>
        <w:spacing w:after="30"/>
      </w:pPr>
      <w:r>
        <w:rPr>
          <w:b/>
        </w:rPr>
        <w:t>☐</w:t>
      </w:r>
      <w:r>
        <w:rPr>
          <w:b/>
        </w:rPr>
        <w:t xml:space="preserve"> </w:t>
      </w:r>
      <w:proofErr w:type="spellStart"/>
      <w:r>
        <w:t>Amennyiben</w:t>
      </w:r>
      <w:proofErr w:type="spellEnd"/>
      <w:r>
        <w:t xml:space="preserve"> a </w:t>
      </w:r>
      <w:proofErr w:type="spellStart"/>
      <w:r>
        <w:t>társasház</w:t>
      </w:r>
      <w:proofErr w:type="spellEnd"/>
      <w:r>
        <w:t xml:space="preserve"> </w:t>
      </w:r>
      <w:proofErr w:type="spellStart"/>
      <w:r>
        <w:t>szervezeti-működési</w:t>
      </w:r>
      <w:proofErr w:type="spellEnd"/>
      <w:r>
        <w:t xml:space="preserve"> </w:t>
      </w:r>
      <w:proofErr w:type="spellStart"/>
      <w:r>
        <w:t>szabályzata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közgyűlési</w:t>
      </w:r>
      <w:proofErr w:type="spellEnd"/>
      <w:r>
        <w:t xml:space="preserve"> </w:t>
      </w:r>
      <w:proofErr w:type="spellStart"/>
      <w:r>
        <w:t>döntése</w:t>
      </w:r>
      <w:proofErr w:type="spellEnd"/>
      <w:r>
        <w:t xml:space="preserve"> </w:t>
      </w:r>
      <w:proofErr w:type="spellStart"/>
      <w:r>
        <w:t>ezt</w:t>
      </w:r>
      <w:proofErr w:type="spellEnd"/>
      <w:r>
        <w:t xml:space="preserve"> </w:t>
      </w:r>
      <w:proofErr w:type="spellStart"/>
      <w:r>
        <w:t>megköveteli</w:t>
      </w:r>
      <w:proofErr w:type="spellEnd"/>
      <w:r>
        <w:t xml:space="preserve">, a </w:t>
      </w:r>
      <w:proofErr w:type="spellStart"/>
      <w:r>
        <w:t>szükséges</w:t>
      </w:r>
      <w:proofErr w:type="spellEnd"/>
      <w:r>
        <w:t xml:space="preserve"> </w:t>
      </w:r>
      <w:proofErr w:type="spellStart"/>
      <w:r>
        <w:t>közgyűlési</w:t>
      </w:r>
      <w:proofErr w:type="spellEnd"/>
      <w:r>
        <w:t xml:space="preserve"> </w:t>
      </w:r>
      <w:proofErr w:type="spellStart"/>
      <w:r>
        <w:t>felhatalmazás</w:t>
      </w:r>
      <w:proofErr w:type="spellEnd"/>
      <w:r>
        <w:t xml:space="preserve"> </w:t>
      </w:r>
      <w:proofErr w:type="spellStart"/>
      <w:r>
        <w:t>rendelkezésre</w:t>
      </w:r>
      <w:proofErr w:type="spellEnd"/>
      <w:r>
        <w:t xml:space="preserve"> </w:t>
      </w:r>
      <w:proofErr w:type="spellStart"/>
      <w:r>
        <w:t>áll</w:t>
      </w:r>
      <w:proofErr w:type="spellEnd"/>
      <w: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944252" w14:paraId="03ABF119" w14:textId="77777777">
        <w:trPr>
          <w:jc w:val="center"/>
        </w:trPr>
        <w:tc>
          <w:tcPr>
            <w:tcW w:w="10482" w:type="dxa"/>
            <w:shd w:val="clear" w:color="auto" w:fill="EAF1F8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8D522FC" w14:textId="77777777" w:rsidR="00944252" w:rsidRDefault="00202476">
            <w:pPr>
              <w:spacing w:after="0"/>
            </w:pPr>
            <w:r>
              <w:rPr>
                <w:b/>
                <w:color w:val="17365D"/>
              </w:rPr>
              <w:t>4. NYILATKOZATOK</w:t>
            </w:r>
          </w:p>
        </w:tc>
      </w:tr>
    </w:tbl>
    <w:p w14:paraId="764CED7F" w14:textId="77777777" w:rsidR="00944252" w:rsidRDefault="00202476">
      <w:pPr>
        <w:spacing w:after="30"/>
      </w:pPr>
      <w:r>
        <w:rPr>
          <w:b/>
        </w:rPr>
        <w:t>☐</w:t>
      </w:r>
      <w:r>
        <w:rPr>
          <w:b/>
        </w:rPr>
        <w:t xml:space="preserve"> </w:t>
      </w:r>
      <w:r>
        <w:t xml:space="preserve">A </w:t>
      </w:r>
      <w:proofErr w:type="spellStart"/>
      <w:r>
        <w:t>társasház</w:t>
      </w:r>
      <w:proofErr w:type="spellEnd"/>
      <w:r>
        <w:t xml:space="preserve"> </w:t>
      </w:r>
      <w:proofErr w:type="spellStart"/>
      <w:r>
        <w:t>Kiskunfélegyháza</w:t>
      </w:r>
      <w:proofErr w:type="spellEnd"/>
      <w:r>
        <w:t xml:space="preserve"> </w:t>
      </w:r>
      <w:proofErr w:type="spellStart"/>
      <w:r>
        <w:t>közigazgatási</w:t>
      </w:r>
      <w:proofErr w:type="spellEnd"/>
      <w:r>
        <w:t xml:space="preserve"> </w:t>
      </w:r>
      <w:proofErr w:type="spellStart"/>
      <w:r>
        <w:t>területén</w:t>
      </w:r>
      <w:proofErr w:type="spellEnd"/>
      <w:r>
        <w:t xml:space="preserve"> </w:t>
      </w:r>
      <w:proofErr w:type="spellStart"/>
      <w:r>
        <w:t>található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megadott</w:t>
      </w:r>
      <w:proofErr w:type="spellEnd"/>
      <w:r>
        <w:t xml:space="preserve"> </w:t>
      </w:r>
      <w:proofErr w:type="spellStart"/>
      <w:r>
        <w:t>adatok</w:t>
      </w:r>
      <w:proofErr w:type="spellEnd"/>
      <w:r>
        <w:t xml:space="preserve"> a </w:t>
      </w:r>
      <w:proofErr w:type="spellStart"/>
      <w:r>
        <w:t>valóságnak</w:t>
      </w:r>
      <w:proofErr w:type="spellEnd"/>
      <w:r>
        <w:t xml:space="preserve"> </w:t>
      </w:r>
      <w:proofErr w:type="spellStart"/>
      <w:r>
        <w:t>megfelelnek</w:t>
      </w:r>
      <w:proofErr w:type="spellEnd"/>
      <w:r>
        <w:t>.</w:t>
      </w:r>
    </w:p>
    <w:p w14:paraId="004021CB" w14:textId="77777777" w:rsidR="00944252" w:rsidRDefault="00202476">
      <w:pPr>
        <w:spacing w:after="30"/>
      </w:pPr>
      <w:r>
        <w:rPr>
          <w:b/>
        </w:rPr>
        <w:t>☐</w:t>
      </w:r>
      <w:r>
        <w:rPr>
          <w:b/>
        </w:rPr>
        <w:t xml:space="preserve"> </w:t>
      </w:r>
      <w:r>
        <w:t xml:space="preserve">A </w:t>
      </w:r>
      <w:proofErr w:type="spellStart"/>
      <w:r>
        <w:t>tárolót</w:t>
      </w:r>
      <w:proofErr w:type="spellEnd"/>
      <w:r>
        <w:t xml:space="preserve"> a </w:t>
      </w:r>
      <w:proofErr w:type="spellStart"/>
      <w:r>
        <w:t>megjelölt</w:t>
      </w:r>
      <w:proofErr w:type="spellEnd"/>
      <w:r>
        <w:t xml:space="preserve"> </w:t>
      </w:r>
      <w:proofErr w:type="spellStart"/>
      <w:r>
        <w:t>társasházi</w:t>
      </w:r>
      <w:proofErr w:type="spellEnd"/>
      <w:r>
        <w:t xml:space="preserve"> </w:t>
      </w:r>
      <w:proofErr w:type="spellStart"/>
      <w:r>
        <w:t>ingatlanon</w:t>
      </w:r>
      <w:proofErr w:type="spellEnd"/>
      <w:r>
        <w:t xml:space="preserve">, </w:t>
      </w:r>
      <w:proofErr w:type="spellStart"/>
      <w:r>
        <w:t>csapadékvíz</w:t>
      </w:r>
      <w:proofErr w:type="spellEnd"/>
      <w:r>
        <w:t xml:space="preserve"> </w:t>
      </w:r>
      <w:proofErr w:type="spellStart"/>
      <w:r>
        <w:t>gyűjtésére</w:t>
      </w:r>
      <w:proofErr w:type="spellEnd"/>
      <w:r>
        <w:t xml:space="preserve">, </w:t>
      </w:r>
      <w:proofErr w:type="spellStart"/>
      <w:r>
        <w:t>tárolására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hasznosítására</w:t>
      </w:r>
      <w:proofErr w:type="spellEnd"/>
      <w:r>
        <w:t xml:space="preserve"> </w:t>
      </w:r>
      <w:proofErr w:type="spellStart"/>
      <w:r>
        <w:t>használjuk</w:t>
      </w:r>
      <w:proofErr w:type="spellEnd"/>
      <w:r>
        <w:t>.</w:t>
      </w:r>
    </w:p>
    <w:p w14:paraId="375D1794" w14:textId="77777777" w:rsidR="00944252" w:rsidRDefault="00202476">
      <w:pPr>
        <w:spacing w:after="30"/>
      </w:pPr>
      <w:r>
        <w:rPr>
          <w:b/>
        </w:rPr>
        <w:t>☐</w:t>
      </w:r>
      <w:r>
        <w:rPr>
          <w:b/>
        </w:rPr>
        <w:t xml:space="preserve"> </w:t>
      </w:r>
      <w:r>
        <w:t xml:space="preserve">A </w:t>
      </w:r>
      <w:proofErr w:type="spellStart"/>
      <w:r>
        <w:t>társasházi</w:t>
      </w:r>
      <w:proofErr w:type="spellEnd"/>
      <w:r>
        <w:t xml:space="preserve"> </w:t>
      </w:r>
      <w:proofErr w:type="spellStart"/>
      <w:r>
        <w:t>közösség</w:t>
      </w:r>
      <w:proofErr w:type="spellEnd"/>
      <w:r>
        <w:t xml:space="preserve"> </w:t>
      </w:r>
      <w:proofErr w:type="spellStart"/>
      <w:r>
        <w:t>vállalja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eszköz</w:t>
      </w:r>
      <w:proofErr w:type="spellEnd"/>
      <w:r>
        <w:t xml:space="preserve"> 7 </w:t>
      </w:r>
      <w:proofErr w:type="spellStart"/>
      <w:r>
        <w:t>éven</w:t>
      </w:r>
      <w:proofErr w:type="spellEnd"/>
      <w:r>
        <w:t xml:space="preserve"> </w:t>
      </w:r>
      <w:proofErr w:type="spellStart"/>
      <w:r>
        <w:t>keresztül</w:t>
      </w:r>
      <w:proofErr w:type="spellEnd"/>
      <w:r>
        <w:t xml:space="preserve"> </w:t>
      </w:r>
      <w:proofErr w:type="spellStart"/>
      <w:r>
        <w:t>történő</w:t>
      </w:r>
      <w:proofErr w:type="spellEnd"/>
      <w:r>
        <w:t xml:space="preserve"> </w:t>
      </w:r>
      <w:proofErr w:type="spellStart"/>
      <w:r>
        <w:t>rendeltetésszerű</w:t>
      </w:r>
      <w:proofErr w:type="spellEnd"/>
      <w:r>
        <w:t xml:space="preserve"> </w:t>
      </w:r>
      <w:proofErr w:type="spellStart"/>
      <w:r>
        <w:t>használatát</w:t>
      </w:r>
      <w:proofErr w:type="spellEnd"/>
      <w:r>
        <w:t xml:space="preserve">, </w:t>
      </w:r>
      <w:proofErr w:type="spellStart"/>
      <w:r>
        <w:t>biztonságos</w:t>
      </w:r>
      <w:proofErr w:type="spellEnd"/>
      <w:r>
        <w:t xml:space="preserve"> </w:t>
      </w:r>
      <w:proofErr w:type="spellStart"/>
      <w:r>
        <w:t>elhelyezését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állagának</w:t>
      </w:r>
      <w:proofErr w:type="spellEnd"/>
      <w:r>
        <w:t xml:space="preserve"> </w:t>
      </w:r>
      <w:proofErr w:type="spellStart"/>
      <w:r>
        <w:t>megóvását</w:t>
      </w:r>
      <w:proofErr w:type="spellEnd"/>
      <w:r>
        <w:t>.</w:t>
      </w:r>
    </w:p>
    <w:p w14:paraId="095E5067" w14:textId="77777777" w:rsidR="00944252" w:rsidRDefault="00202476">
      <w:pPr>
        <w:spacing w:after="30"/>
      </w:pPr>
      <w:r>
        <w:rPr>
          <w:b/>
        </w:rPr>
        <w:t>☐</w:t>
      </w:r>
      <w:r>
        <w:rPr>
          <w:b/>
        </w:rPr>
        <w:t xml:space="preserve"> </w:t>
      </w:r>
      <w:proofErr w:type="spellStart"/>
      <w:r>
        <w:t>Tudomásul</w:t>
      </w:r>
      <w:proofErr w:type="spellEnd"/>
      <w:r>
        <w:t xml:space="preserve"> </w:t>
      </w:r>
      <w:proofErr w:type="spellStart"/>
      <w:r>
        <w:t>vesszük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eszköz</w:t>
      </w:r>
      <w:proofErr w:type="spellEnd"/>
      <w:r>
        <w:t xml:space="preserve"> </w:t>
      </w:r>
      <w:proofErr w:type="spellStart"/>
      <w:r>
        <w:t>Kiskunfélegyháza</w:t>
      </w:r>
      <w:proofErr w:type="spellEnd"/>
      <w:r>
        <w:t xml:space="preserve"> </w:t>
      </w:r>
      <w:proofErr w:type="spellStart"/>
      <w:r>
        <w:t>Város</w:t>
      </w:r>
      <w:proofErr w:type="spellEnd"/>
      <w:r>
        <w:t xml:space="preserve"> </w:t>
      </w:r>
      <w:proofErr w:type="spellStart"/>
      <w:r>
        <w:t>Önkormányzatának</w:t>
      </w:r>
      <w:proofErr w:type="spellEnd"/>
      <w:r>
        <w:t xml:space="preserve"> </w:t>
      </w:r>
      <w:proofErr w:type="spellStart"/>
      <w:r>
        <w:t>tulajdonában</w:t>
      </w:r>
      <w:proofErr w:type="spellEnd"/>
      <w:r>
        <w:t xml:space="preserve"> </w:t>
      </w:r>
      <w:proofErr w:type="spellStart"/>
      <w:r>
        <w:t>marad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használatára</w:t>
      </w:r>
      <w:proofErr w:type="spellEnd"/>
      <w:r>
        <w:t xml:space="preserve"> a </w:t>
      </w:r>
      <w:proofErr w:type="spellStart"/>
      <w:r>
        <w:t>haszonkölcsön-szerződés</w:t>
      </w:r>
      <w:proofErr w:type="spellEnd"/>
      <w:r>
        <w:t xml:space="preserve"> </w:t>
      </w:r>
      <w:proofErr w:type="spellStart"/>
      <w:r>
        <w:t>szabályai</w:t>
      </w:r>
      <w:proofErr w:type="spellEnd"/>
      <w:r>
        <w:t xml:space="preserve"> </w:t>
      </w:r>
      <w:proofErr w:type="spellStart"/>
      <w:r>
        <w:t>irányadók</w:t>
      </w:r>
      <w:proofErr w:type="spellEnd"/>
      <w:r>
        <w:t>.</w:t>
      </w:r>
    </w:p>
    <w:p w14:paraId="023F33CC" w14:textId="77777777" w:rsidR="00944252" w:rsidRDefault="00202476">
      <w:pPr>
        <w:spacing w:after="30"/>
      </w:pPr>
      <w:r>
        <w:rPr>
          <w:b/>
        </w:rPr>
        <w:t>☐</w:t>
      </w:r>
      <w:r>
        <w:rPr>
          <w:b/>
        </w:rPr>
        <w:t xml:space="preserve"> </w:t>
      </w:r>
      <w:proofErr w:type="spellStart"/>
      <w:r>
        <w:t>Vállalom</w:t>
      </w:r>
      <w:proofErr w:type="spellEnd"/>
      <w:r>
        <w:t xml:space="preserve"> a </w:t>
      </w:r>
      <w:proofErr w:type="spellStart"/>
      <w:r>
        <w:t>képviselő</w:t>
      </w:r>
      <w:proofErr w:type="spellEnd"/>
      <w:r>
        <w:t xml:space="preserve"> </w:t>
      </w:r>
      <w:proofErr w:type="spellStart"/>
      <w:r>
        <w:t>személyében</w:t>
      </w:r>
      <w:proofErr w:type="spellEnd"/>
      <w:r>
        <w:t xml:space="preserve">,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elhelyezésben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eszköz</w:t>
      </w:r>
      <w:proofErr w:type="spellEnd"/>
      <w:r>
        <w:t xml:space="preserve"> </w:t>
      </w:r>
      <w:proofErr w:type="spellStart"/>
      <w:r>
        <w:t>állapotában</w:t>
      </w:r>
      <w:proofErr w:type="spellEnd"/>
      <w:r>
        <w:t xml:space="preserve"> </w:t>
      </w:r>
      <w:proofErr w:type="spellStart"/>
      <w:r>
        <w:t>bekövetkező</w:t>
      </w:r>
      <w:proofErr w:type="spellEnd"/>
      <w:r>
        <w:t xml:space="preserve"> </w:t>
      </w:r>
      <w:proofErr w:type="spellStart"/>
      <w:r>
        <w:t>lényeges</w:t>
      </w:r>
      <w:proofErr w:type="spellEnd"/>
      <w:r>
        <w:t xml:space="preserve"> </w:t>
      </w:r>
      <w:proofErr w:type="spellStart"/>
      <w:r>
        <w:t>változás</w:t>
      </w:r>
      <w:proofErr w:type="spellEnd"/>
      <w:r>
        <w:t xml:space="preserve"> </w:t>
      </w:r>
      <w:proofErr w:type="spellStart"/>
      <w:r>
        <w:t>bejelentését</w:t>
      </w:r>
      <w:proofErr w:type="spellEnd"/>
      <w:r>
        <w:t>.</w:t>
      </w:r>
    </w:p>
    <w:p w14:paraId="4DB2CB50" w14:textId="206ACBC9" w:rsidR="00944252" w:rsidRDefault="00202476">
      <w:pPr>
        <w:spacing w:after="30"/>
      </w:pPr>
      <w:r>
        <w:rPr>
          <w:b/>
        </w:rPr>
        <w:t>☐</w:t>
      </w:r>
      <w:r>
        <w:rPr>
          <w:b/>
        </w:rPr>
        <w:t xml:space="preserve"> </w:t>
      </w:r>
      <w:r>
        <w:t xml:space="preserve">Az </w:t>
      </w:r>
      <w:proofErr w:type="spellStart"/>
      <w:r>
        <w:t>adatkezelési</w:t>
      </w:r>
      <w:proofErr w:type="spellEnd"/>
      <w:r>
        <w:t xml:space="preserve"> </w:t>
      </w:r>
      <w:proofErr w:type="spellStart"/>
      <w:r>
        <w:t>tájékoztatót</w:t>
      </w:r>
      <w:proofErr w:type="spellEnd"/>
      <w:r>
        <w:t xml:space="preserve"> </w:t>
      </w:r>
      <w:proofErr w:type="spellStart"/>
      <w:r>
        <w:t>megismertem</w:t>
      </w:r>
      <w:proofErr w:type="spellEnd"/>
      <w:r>
        <w:t>.</w:t>
      </w:r>
      <w:r w:rsidR="00137DC2">
        <w:br/>
      </w:r>
      <w:r w:rsidR="00137DC2">
        <w:br/>
      </w:r>
    </w:p>
    <w:p w14:paraId="5F2E8A5D" w14:textId="77777777" w:rsidR="00944252" w:rsidRDefault="00202476">
      <w:pPr>
        <w:spacing w:before="60" w:after="20"/>
      </w:pPr>
      <w:proofErr w:type="spellStart"/>
      <w:r>
        <w:t>Kiskunfélegyháza</w:t>
      </w:r>
      <w:proofErr w:type="spellEnd"/>
      <w:r>
        <w:t xml:space="preserve">, 2026. ........................ </w:t>
      </w:r>
      <w:proofErr w:type="spellStart"/>
      <w:r>
        <w:t>hó</w:t>
      </w:r>
      <w:proofErr w:type="spellEnd"/>
      <w:r>
        <w:t xml:space="preserve"> ........ nap</w:t>
      </w:r>
    </w:p>
    <w:p w14:paraId="177EFB83" w14:textId="77777777" w:rsidR="00944252" w:rsidRDefault="00202476">
      <w:pPr>
        <w:spacing w:after="60"/>
        <w:jc w:val="right"/>
      </w:pPr>
      <w:r>
        <w:rPr>
          <w:b/>
        </w:rPr>
        <w:t>........................................................</w:t>
      </w:r>
      <w:r>
        <w:rPr>
          <w:b/>
        </w:rPr>
        <w:br/>
      </w:r>
      <w:proofErr w:type="spellStart"/>
      <w:r>
        <w:rPr>
          <w:b/>
        </w:rPr>
        <w:t>Közös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képviselő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képviseletre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jogosult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aláírása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944252" w14:paraId="3B205E52" w14:textId="77777777">
        <w:trPr>
          <w:jc w:val="center"/>
        </w:trPr>
        <w:tc>
          <w:tcPr>
            <w:tcW w:w="10482" w:type="dxa"/>
            <w:shd w:val="clear" w:color="auto" w:fill="EAF1F8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D838F60" w14:textId="77777777" w:rsidR="00944252" w:rsidRDefault="00202476">
            <w:pPr>
              <w:spacing w:after="0"/>
            </w:pPr>
            <w:r>
              <w:rPr>
                <w:b/>
                <w:color w:val="17365D"/>
              </w:rPr>
              <w:t>HIVATALI RÉSZ</w:t>
            </w:r>
          </w:p>
        </w:tc>
      </w:tr>
    </w:tbl>
    <w:p w14:paraId="63CF40C9" w14:textId="3C18B22A" w:rsidR="00944252" w:rsidRDefault="00137DC2">
      <w:pPr>
        <w:spacing w:after="20"/>
      </w:pPr>
      <w:r>
        <w:rPr>
          <w:b/>
        </w:rPr>
        <w:br/>
      </w:r>
      <w:proofErr w:type="spellStart"/>
      <w:r>
        <w:rPr>
          <w:b/>
        </w:rPr>
        <w:t>Igénylés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sorszáma</w:t>
      </w:r>
      <w:proofErr w:type="spellEnd"/>
      <w:r>
        <w:rPr>
          <w:b/>
        </w:rPr>
        <w:t xml:space="preserve">: </w:t>
      </w:r>
      <w:r>
        <w:t xml:space="preserve">..........................   </w:t>
      </w:r>
      <w:proofErr w:type="spellStart"/>
      <w:r>
        <w:rPr>
          <w:b/>
        </w:rPr>
        <w:t>Érkezés</w:t>
      </w:r>
      <w:proofErr w:type="spellEnd"/>
      <w:r>
        <w:rPr>
          <w:b/>
        </w:rPr>
        <w:t xml:space="preserve">: </w:t>
      </w:r>
      <w:r>
        <w:t xml:space="preserve">2026. ...............   </w:t>
      </w:r>
      <w:proofErr w:type="spellStart"/>
      <w:r>
        <w:rPr>
          <w:b/>
        </w:rPr>
        <w:t>Státusz</w:t>
      </w:r>
      <w:proofErr w:type="spellEnd"/>
      <w:r>
        <w:rPr>
          <w:b/>
        </w:rPr>
        <w:t xml:space="preserve">: </w:t>
      </w:r>
      <w:r>
        <w:t xml:space="preserve">☐ </w:t>
      </w:r>
      <w:proofErr w:type="spellStart"/>
      <w:r>
        <w:t>megfelelő</w:t>
      </w:r>
      <w:proofErr w:type="spellEnd"/>
      <w:r>
        <w:t xml:space="preserve">    ☐ </w:t>
      </w:r>
      <w:proofErr w:type="spellStart"/>
      <w:r>
        <w:t>elutasítva</w:t>
      </w:r>
      <w:proofErr w:type="spellEnd"/>
    </w:p>
    <w:p w14:paraId="20F5466C" w14:textId="77777777" w:rsidR="00944252" w:rsidRDefault="00202476">
      <w:pPr>
        <w:spacing w:after="0"/>
      </w:pPr>
      <w:proofErr w:type="spellStart"/>
      <w:r>
        <w:rPr>
          <w:b/>
        </w:rPr>
        <w:t>Eszközazonosító</w:t>
      </w:r>
      <w:proofErr w:type="spellEnd"/>
      <w:r>
        <w:rPr>
          <w:b/>
        </w:rPr>
        <w:t xml:space="preserve"> / átadás: </w:t>
      </w:r>
      <w:r>
        <w:t>..........................................................</w:t>
      </w:r>
    </w:p>
    <w:sectPr w:rsidR="00944252" w:rsidSect="00034616">
      <w:footerReference w:type="default" r:id="rId8"/>
      <w:pgSz w:w="12240" w:h="15840"/>
      <w:pgMar w:top="709" w:right="879" w:bottom="709" w:left="87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505F1" w14:textId="77777777" w:rsidR="00202476" w:rsidRDefault="00202476">
      <w:pPr>
        <w:spacing w:after="0" w:line="240" w:lineRule="auto"/>
      </w:pPr>
      <w:r>
        <w:separator/>
      </w:r>
    </w:p>
  </w:endnote>
  <w:endnote w:type="continuationSeparator" w:id="0">
    <w:p w14:paraId="2A13F8C7" w14:textId="77777777" w:rsidR="00202476" w:rsidRDefault="00202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792E" w14:textId="77777777" w:rsidR="00944252" w:rsidRDefault="00202476">
    <w:pPr>
      <w:pStyle w:val="llb"/>
      <w:jc w:val="center"/>
    </w:pPr>
    <w:proofErr w:type="spellStart"/>
    <w:r>
      <w:rPr>
        <w:color w:val="666666"/>
        <w:sz w:val="16"/>
      </w:rPr>
      <w:t>Kiskunfélegyháza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Város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Önkormányzata</w:t>
    </w:r>
    <w:proofErr w:type="spellEnd"/>
    <w:r>
      <w:rPr>
        <w:color w:val="666666"/>
        <w:sz w:val="16"/>
      </w:rPr>
      <w:t xml:space="preserve"> • </w:t>
    </w:r>
    <w:proofErr w:type="spellStart"/>
    <w:r>
      <w:rPr>
        <w:color w:val="666666"/>
        <w:sz w:val="16"/>
      </w:rPr>
      <w:t>Esővíztároló</w:t>
    </w:r>
    <w:proofErr w:type="spellEnd"/>
    <w:r>
      <w:rPr>
        <w:color w:val="666666"/>
        <w:sz w:val="16"/>
      </w:rPr>
      <w:t xml:space="preserve"> program •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E5AF3" w14:textId="77777777" w:rsidR="00202476" w:rsidRDefault="00202476">
      <w:pPr>
        <w:spacing w:after="0" w:line="240" w:lineRule="auto"/>
      </w:pPr>
      <w:r>
        <w:separator/>
      </w:r>
    </w:p>
  </w:footnote>
  <w:footnote w:type="continuationSeparator" w:id="0">
    <w:p w14:paraId="2B69788C" w14:textId="77777777" w:rsidR="00202476" w:rsidRDefault="00202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7640982">
    <w:abstractNumId w:val="8"/>
  </w:num>
  <w:num w:numId="2" w16cid:durableId="1289358940">
    <w:abstractNumId w:val="6"/>
  </w:num>
  <w:num w:numId="3" w16cid:durableId="1002046804">
    <w:abstractNumId w:val="5"/>
  </w:num>
  <w:num w:numId="4" w16cid:durableId="1392775471">
    <w:abstractNumId w:val="4"/>
  </w:num>
  <w:num w:numId="5" w16cid:durableId="1933737661">
    <w:abstractNumId w:val="7"/>
  </w:num>
  <w:num w:numId="6" w16cid:durableId="1897467241">
    <w:abstractNumId w:val="3"/>
  </w:num>
  <w:num w:numId="7" w16cid:durableId="1001202807">
    <w:abstractNumId w:val="2"/>
  </w:num>
  <w:num w:numId="8" w16cid:durableId="1865366159">
    <w:abstractNumId w:val="1"/>
  </w:num>
  <w:num w:numId="9" w16cid:durableId="1167401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6677"/>
    <w:rsid w:val="00137DC2"/>
    <w:rsid w:val="0015074B"/>
    <w:rsid w:val="00202476"/>
    <w:rsid w:val="00272E12"/>
    <w:rsid w:val="0029639D"/>
    <w:rsid w:val="00310B8B"/>
    <w:rsid w:val="00326F90"/>
    <w:rsid w:val="004F4017"/>
    <w:rsid w:val="00944252"/>
    <w:rsid w:val="00AA1D8D"/>
    <w:rsid w:val="00B02635"/>
    <w:rsid w:val="00B02846"/>
    <w:rsid w:val="00B47730"/>
    <w:rsid w:val="00B9554C"/>
    <w:rsid w:val="00C641D1"/>
    <w:rsid w:val="00C75375"/>
    <w:rsid w:val="00CB0664"/>
    <w:rsid w:val="00CE30E2"/>
    <w:rsid w:val="00DC1B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1832B2"/>
  <w14:defaultImageDpi w14:val="300"/>
  <w15:docId w15:val="{5A3F8AAE-B1E5-415B-81E7-21083999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50"/>
    </w:pPr>
    <w:rPr>
      <w:rFonts w:ascii="Aptos" w:hAnsi="Aptos"/>
      <w:sz w:val="19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Turcsányi Tamás</cp:lastModifiedBy>
  <cp:revision>2</cp:revision>
  <dcterms:created xsi:type="dcterms:W3CDTF">2026-09-14T06:39:00Z</dcterms:created>
  <dcterms:modified xsi:type="dcterms:W3CDTF">2026-09-14T06:39:00Z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fb3b4a05-63e4-4274-a271-96558d3af363</vt:lpwstr>
  </property>
</Properties>
</file>